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מידעי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הטקסט המידעי ואת מאפייניו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הטקסט המידעי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 כמו מילות קישור, גוף שלישי והווה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סמנו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ולהסביר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ומידע בלי להביע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לדוגמה על הדבורה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הטקסט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(מציגה את הנושא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(מסבירה על מה נלמד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(מחולקות לפי תתי נושאים)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הטקסט המידעי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שמציגה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- על מה נלמד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פסקאות לפי תתי נושאים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ולהסביר נושא בלי להביע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לדוגמה, כלומר, בנוסף, לכן,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שהקורא יקבל מידע אמין ואובייקטיבי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הטקסט על הדבורה ולאתר יחד עובדות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זיהוי ההבדל בין עובדה לעמדה לפני 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ולהתמקד בזיהוי בסיסי של מטרה ומבנה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מידעי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מאפייני הטקסט המידעי - מטרתו, מבנהו וסימני הלשון שלו, דרך הדוגמה על הדבורה כמהנדסת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שלישי  ·  משושה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סמנו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למסור מידע ולהסביר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מרגש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כתוב בדרך כלל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מידעי מביע את דעתו האישית של הכותב או הכותבת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בכוורת אחת יכולות לחיות עשרות אלפי דבורים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הדבורים בונות את חלות הדבש מתאים בצורת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טקסט מידעי כתוב בדרך כלל בגוף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חלק הטקסט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מסבירה על מה נלמד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מחולקות לפי תתי נושאים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מציגה את הנושא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מבנה הטקסט המידעי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על מה נלמד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פסקאות לפי תתי נושאים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שמציגה את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של 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מילות קישור שמופיעות בטקסטים מידעיים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מידעי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