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מידעי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מטרת הטקסט המידעי ואת מאפייניו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הטקסט המידעי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אופייניים כמו מילות קישור, גוף שלישי והווה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סמנו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למסור מידע ולהסביר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הווה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ערך באנציקלופדיה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היא מנצלת את כל השטח בלי רווחים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טקסט מידעי מוסר עובדות ומידע בלי להביע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לדוגמה על הדבורה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מילות קישור עוזרות לחבר בין עובדות ורעיונות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טקסט מידעי כתוב בלשון תקנית ועניינית עם מונחים ונתונים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חלק הטקסט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(מציגה את הנושא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(מסבירה על מה נלמד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(מחולקות לפי תתי נושאים)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(מרכז בקצרה את הנקודות העיקריות)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הטקסט המידעי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שמציגה את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- על מה נלמד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פסקאות לפי תתי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 מוסרת עובדות בלי עמדה אישית, כתובה בגוף שלישי ובהווה כללי, וכוללת לפחות מילת קישור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למסור מידע ולהסביר נושא בלי להביע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לדוגמה, כלומר, בנוסף, לכן, משום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שהקורא יקבל מידע אמין ואובייקטיבי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הטקסט על הדבורה ולאתר יחד עובדות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זיהוי ההבדל בין עובדה לעמדה לפני 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ניתן לדלג על הפריטים המסומנים ולהתמקד בזיהוי בסיסי של מטרה ומבנה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מידעי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טקסט מידעי. טקסט מידעי נותן עובדות ומידע, בלי דעות אישיות. נתרגל עם הדוגמה על הדבורים.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שמוסר עובדות ומידע על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שאפשר לבדוק שהוא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רעיונות, כמו לכן או בנוסף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הווה כללי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שמתאר דברים שתמיד נכונים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על הוא, היא או 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הלשון בטקסט - גבוהה, עניינית או יומיומית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אישית של הכותב או הכותבת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קצר בסוף שמרכז את הנקודות העיקריות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סמנו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בשביל מה כותבים 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להביע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למסור מידע ולהסביר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מרגש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לשכנע את הקורא לעשות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מי כותבים בטקסט מידעי - אני, אתה, או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גוף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זמן כתוב משפט כמו הדבורים חיות בכוורת?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הווה 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טקסט מהרשימה נותן מידע ועובדות?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ערך באנציקלופדיה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תלונה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נאום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הדבורים בונות דווקא צורת משושה?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מנצלת את כל השטח בלי רווחים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דבורים אוהבות משושים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קלה לבנייה מהירה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מידעי מביע את דעתו האישית של הכותב או הכותבת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בכוורת אחת יכולות לחיות עשרות אלפי דבורים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לכן ובנוסף הן מילות קישור האופייניות לטקסט מידעי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מידעי נכתב בדרך כלל בלשון יומיומית ולא עניינית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הדבורים בונות את חלות הדבש מתאים בצורת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טקסט מידעי כתוב בדרך כלל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הזמן האופייני לטקסט מידעי הוא __________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מילים כמו לדוגמה וכלומר נקראות מילות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חלק הטקסט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מחולקות לפי תתי נושאים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מרכז בקצרה את הנקודות העיקריות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מסבירה על מה נלמד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מציגה את הנושא של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מבנה הטקסט המידעי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פסקאות לפי תתי נושאים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שמציגה את הנושא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על מה נלמד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מידע קצרה (4-5 משפטים) על נושא שאתם מכירים טוב, כמו חיה, תחביב או מקום. השתמשו בגוף שלישי, בהווה כללי, ובמילת קישור אחת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מילות קישור שמופיעות בטקסטים מידעיים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שטקסט מידעי לא יביע עמדה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מידעי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